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צלילים, הברות וחרוזים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צליל פותח וצליל סוגר במילים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לספור הברות במילים בעזרת מחיאות כפיים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למצוא מילים מתחרזות ולזהות את התנועה הראשונה במילה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צליל פותח וצליל סוגר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בָּ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 – 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דֹּב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יָם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 – תַּ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 - הברות וחרוזים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אפשר למחוא כַּ-דּוּר, שתי מחיאות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הסוף שלהן לא נשמע דומה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שתיהן נגמרות בצליל "יר"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במילה הזו יש כמה הברות, אפשר למחוא כמה פעמים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כתוב בכרטיס הכללים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 - חרוזים ותנועות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אָ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אִי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מילים לתנועה הראשונה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(אוּ)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(אִי)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(אוֹ)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(אָ)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(אָ)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הפעולות הנכון בתחנה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כל מילה בקול ומקשיבים לצליל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סופרים הברות במחיאות כפיים שקטות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כל אחד ואחת בתורו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בודקים ברצועת הבדיקה ולא מנחשים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מחזירים הכל למעטפה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מילים שמסתיימות באותו צליל, למשל תרנגול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תלויה במילה שנבחרה, חשוב לבדוק ספירת הברות נכונה וזיהוי צלילים מדויק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שלוש הברות: מש-ק-פת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שנגמרת באותו צליל כמו כֶּלֶב, למשל שֶׁלֶב או אֵלֶב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התנועה אוּ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את חלק ההתאמה והמיון בעל פה לפני הכתיבה כדי לחזק את ההקשבה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חנ״מ מומלץ להתמקד בחלקי המחיאות והחרוזים בלבד ולדלג על שאלות המסומנות לקושי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צלילים, הברות וחרוזים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להקשיב לצלילים במילים, לספור הברות, למצוא מילים מתחרזות ולזהות אילו תנועות יש במילים - בדיוק כמו במשחקים בתחנה.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צליל פותח וצליל סוגר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הצליל הפותח במילה "בָּלוֹן"?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לֹ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בָּ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וֹ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הצליל הסוגר במילה "שֻׁלְחָן"?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שׁ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מתחילה באותו צליל כמו "דֶּלֶת"?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כֶּלֶב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נָמֵר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דֹּב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עֵץ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באיזו מילה הצליל הסוגר הוא "ם"?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בַּיִת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יָם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סוּס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עֵט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הצליל הפותח במילה "תַּפּוּחַ"?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חַ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פּ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אַ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תַּ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 - הברות וחרוזים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במילה "כַּדּוּר" יש שתי הברות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"חָתוּל" ו"שֻׁלְחָן" מתחרזות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"גִּיר" ו"סִיר" מתחרזות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במילה "אוֹפַנַּיִם" יש רק הברה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בתחנה בודקים תשובות ברצועת הבדיקה ולא מנחשים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 - חרוזים ותנועות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מילה שמתחרזת עם "דָּג"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מילה שמתחרזת עם "גַּן"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התנועה הראשונה במילה "אַבָּא" היא הצליל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התנועה הראשונה במילה "גִּיר" היא הצליל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מילים לתנועה הראשונה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שֻׁלְחָן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אִי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סִיר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אוּ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בֹּקֶר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אָ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דַּג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אוֹ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כָּרִית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אָ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הפעולות הנכון בתחנה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מחזירים הכל למעטפה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אחד ואחת בתורו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כל מילה בקול ומקשיבים לצליל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סופרים הברות במחיאות כפיים שקטות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ברצועת הבדיקה ולא מנחשים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שתי מילים שמתחרזות עם המילה "חָתוּל"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מילה אחת, ספרו כמה הברות יש בה וסמנו את הצליל הפותח והסוגר שלה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הברות יש במילה "מִשְׁקֶפֶת"?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שמתחרזת עם "כֶּלֶב"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התנועה הראשונה במילה "סוּס"?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צלילים, הברות וחרוזים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