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צלילים, הברות וחרוזים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צליל פותח וצליל סוגר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לספור הברות במילים בעזרת מחיאות כפיים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למצוא מילים מתחרזות ולזהות את התנועה הראשונה במילה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צליל פותח וצליל סוגר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בָּ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דֹּב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יָם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תַּ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הברות וחרוזים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למחוא כַּ-דּוּר, שתי מחיאות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הסוף שלהן לא נשמע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שתיהן נגמרות בצליל "יר"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במילה הזו יש כמה הברות, אפשר למחוא כמה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בכרטיס הכללים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- חרוזים ותנועות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אָ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אִי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לתנועה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(אוּ)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(אִי)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(אוֹ)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(אָ)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(אָ)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הנכון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כל מילה בקול ומקשיבים לצליל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סופרים הברות במחיאות כפיים שקטות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אחד ואחת בתורו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ברצועת הבדיקה ולא מנחשים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מחזירים הכל למעטפה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מילים שמסתיימות באותו צליל, למשל תרנגול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תלויה במילה שנבחרה, חשוב לבדוק ספירת הברות נכונה וזיהוי צלילים מדויק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הברות: מש-ק-פת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שנגמרת באותו צליל כמו כֶּלֶב, למשל שֶׁלֶב או אֵלֶב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התנועה אוּ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ההתאמה והמיון בעל פה לפני הכתיבה כדי לחזק את ההקשבה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להתמקד בחלקי המחיאות והחרוזים בלבד ולדלג על שאלות המסומנות לקושי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צלילים, הברות וחרוזים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להקשיב לצלילים במילים, לספור הברות ולמצוא מילים שמתחרזות.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צליל פותח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הצליל הראשון שאומרים במילה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צליל סוגר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הצליל האחרון שאומרים במילה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 של מילה, כמו מחיאת כף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שהסוף שלהן נשמע דומה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הצליל שאומרים כשהפה פתוח, כמו אָ, אִי, אוֹ, אוּ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דברים דומים יחד באותה 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צליל פותח וצליל סוגר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צליל שומעים בהתחלה של בלון?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בָּ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צליל שומעים בסוף שולחן?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מתחילה כמו דלת?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כֶּלֶב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נָמֵר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דֹּב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עֵץ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מילה הסוף נשמע כמו 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בַּיִת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יָם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סוּס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עֵט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צליל שומעים בהתחלה של תפוח?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חַ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אַ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תַּ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הברות וחרוזים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"כַּדּוּר" יש שתי הברות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"חָתוּל" ו"שֻׁלְחָן" מתחרזות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"גִּיר" ו"סִיר" מתחרזות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"אוֹפַנַּיִם" יש רק הברה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בתחנה בודקים תשובות ברצועת הבדיקה ולא מנחשים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- חרוזים ותנועות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מילה שמתחרזת עם "דָּג"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מילה שמתחרזת עם "גַּן"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התנועה הראשונה במילה "אַבָּא" היא הצליל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התנועה הראשונה במילה "גִּיר" היא הצליל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לתנועה הראשונה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שֻׁלְחָן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אָ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סִיר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אוּ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בֹּקֶר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אָ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דַּג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אוֹ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כָּרִית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אִי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הנכון 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סופרים הברות במחיאות כפיים שקטות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מחזירים הכל למעטפה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ברצועת הבדיקה ולא מנחשים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ואחת בתורו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כל מילה בקול ומקשיבים לצליל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מילים שמתחרזות עם המילה "חָתוּל"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מילה אחת, ספרו כמה הברות יש בה וסמנו את הצליל הפותח והסוגר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הברות יש במילה "מִשְׁקֶפֶת"?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שמתחרזת עם "כֶּלֶב"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התנועה הראשונה במילה "סוּס"?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צלילים, הברות וחרוזים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