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צלילים, הברות וחרוזים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צליל פותח וצליל סוגר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לספור הברות במילים בעזרת מחיאות כפיים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מילים מתחרזות ולזהות את התנועה הראשונה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צליל פותח וצליל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בָּ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דֹּב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הברות וחרוזים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למחוא כַּ-דּוּר, שתי מחיאות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שתיהן נגמרות בצליל "יר"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- חרוזים ותנועות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לתנועה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(אָ)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כל מילה בקול ומקשיבים לצליל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ואחת בתורו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מחזירים הכל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תלויה במילה שנבחרה, חשוב לבדוק ספירת הברות נכונה וזיהוי צלילים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הברות: מש-ק-פת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שנגמרת באותו צליל כמו כֶּלֶב, למשל שֶׁלֶב או אֵלֶב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התנועה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והמיון בעל פה לפני הכתיבה כדי לחזק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המחיאות והחרוזים בלבד ולדלג על שאלות המסומנות לקושי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צלילים, הברות וחרוזים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להקשיב לצלילים במילים, לספור הברות, למצוא מילים מתחרזות ולזהות אילו תנועות יש במילים - בדיוק כמו במשחקים בתחנה.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בן  ·  חג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צליל פותח וצליל סוגר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הצליל הפותח במילה "בָּלוֹן"?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מתחילה באותו צליל כמו "דֶּלֶת"?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נָמֵר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דֹּב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הברות וחרוזים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"כַּדּוּר" יש שתי הברות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"גִּיר" ו"סִיר" מתחרזות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- חרוזים ותנועות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שמתחרזת עם "דָּג"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שמתחרזת עם "גַּן"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לתנועה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אִי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סִיר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דַּג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הנכון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מחזירים הכל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כל מילה בקול ומקשיבים לצליל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ואחת בתורו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אחת, ספרו כמה הברות יש בה וסמנו את הצליל הפותח והסוגר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הברות יש במילה "מִשְׁקֶפֶת"?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שמתחרזת עם "כֶּלֶב"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צלילים, הברות וחרוזים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